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272"/>
      </w:tblGrid>
      <w:tr w:rsidR="00832D69">
        <w:trPr>
          <w:cantSplit/>
          <w:trHeight w:hRule="exact" w:val="709"/>
          <w:jc w:val="center"/>
        </w:trPr>
        <w:tc>
          <w:tcPr>
            <w:tcW w:w="16272" w:type="dxa"/>
            <w:tcBorders>
              <w:top w:val="single" w:sz="18" w:space="0" w:color="111111"/>
              <w:left w:val="single" w:sz="18" w:space="0" w:color="111111"/>
              <w:bottom w:val="single" w:sz="1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  <w:jc w:val="center"/>
            </w:pPr>
            <w:r>
              <w:rPr>
                <w:b/>
                <w:color w:val="000000"/>
                <w:sz w:val="33"/>
              </w:rPr>
              <w:t>چک لیست عملیات «قالب بندی ستون»</w:t>
            </w:r>
          </w:p>
          <w:p w:rsidR="00832D69" w:rsidRDefault="007670A7" w:rsidP="0019340D">
            <w:pPr>
              <w:jc w:val="center"/>
            </w:pPr>
            <w:r>
              <w:rPr>
                <w:rFonts w:hint="cs"/>
                <w:color w:val="555555"/>
                <w:sz w:val="15"/>
              </w:rPr>
              <w:t xml:space="preserve"> </w:t>
            </w:r>
            <w:r w:rsidR="00053298">
              <w:rPr>
                <w:color w:val="555555"/>
                <w:sz w:val="15"/>
              </w:rPr>
              <w:t xml:space="preserve">    برگه اول</w:t>
            </w:r>
          </w:p>
        </w:tc>
      </w:tr>
    </w:tbl>
    <w:p w:rsidR="00832D69" w:rsidRDefault="00832D69" w:rsidP="0019340D">
      <w:pPr>
        <w:spacing w:line="24" w:lineRule="auto"/>
      </w:pPr>
    </w:p>
    <w:tbl>
      <w:tblPr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24"/>
        <w:gridCol w:w="5424"/>
        <w:gridCol w:w="5424"/>
      </w:tblGrid>
      <w:tr w:rsidR="00832D69">
        <w:trPr>
          <w:cantSplit/>
          <w:trHeight w:hRule="exact" w:val="351"/>
          <w:jc w:val="center"/>
        </w:trPr>
        <w:tc>
          <w:tcPr>
            <w:tcW w:w="5424" w:type="dxa"/>
            <w:tcBorders>
              <w:top w:val="single" w:sz="14" w:space="0" w:color="111111"/>
              <w:left w:val="single" w:sz="14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0"/>
              </w:rPr>
              <w:t>نام پروژه:  ........................................</w:t>
            </w:r>
          </w:p>
        </w:tc>
        <w:tc>
          <w:tcPr>
            <w:tcW w:w="5424" w:type="dxa"/>
            <w:tcBorders>
              <w:top w:val="single" w:sz="14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0"/>
              </w:rPr>
              <w:t>شماره قرارداد:  ........................................</w:t>
            </w:r>
          </w:p>
        </w:tc>
        <w:tc>
          <w:tcPr>
            <w:tcW w:w="5424" w:type="dxa"/>
            <w:tcBorders>
              <w:top w:val="single" w:sz="14" w:space="0" w:color="111111"/>
              <w:left w:val="single" w:sz="8" w:space="0" w:color="111111"/>
              <w:bottom w:val="single" w:sz="8" w:space="0" w:color="111111"/>
              <w:right w:val="single" w:sz="14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0"/>
              </w:rPr>
              <w:t>نام پیمانکار:  ........................................</w:t>
            </w:r>
          </w:p>
        </w:tc>
      </w:tr>
      <w:tr w:rsidR="00832D69">
        <w:trPr>
          <w:cantSplit/>
          <w:trHeight w:hRule="exact" w:val="351"/>
          <w:jc w:val="center"/>
        </w:trPr>
        <w:tc>
          <w:tcPr>
            <w:tcW w:w="5424" w:type="dxa"/>
            <w:tcBorders>
              <w:top w:val="single" w:sz="8" w:space="0" w:color="111111"/>
              <w:left w:val="single" w:sz="14" w:space="0" w:color="111111"/>
              <w:bottom w:val="single" w:sz="14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0"/>
              </w:rPr>
              <w:t>نام ناظر:  ........................................</w:t>
            </w:r>
          </w:p>
        </w:tc>
        <w:tc>
          <w:tcPr>
            <w:tcW w:w="5424" w:type="dxa"/>
            <w:tcBorders>
              <w:top w:val="single" w:sz="8" w:space="0" w:color="111111"/>
              <w:left w:val="single" w:sz="8" w:space="0" w:color="111111"/>
              <w:bottom w:val="single" w:sz="14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0"/>
              </w:rPr>
              <w:t>نوبت بازدید:  ........................................</w:t>
            </w:r>
          </w:p>
        </w:tc>
        <w:tc>
          <w:tcPr>
            <w:tcW w:w="5424" w:type="dxa"/>
            <w:tcBorders>
              <w:top w:val="single" w:sz="8" w:space="0" w:color="111111"/>
              <w:left w:val="single" w:sz="8" w:space="0" w:color="111111"/>
              <w:bottom w:val="single" w:sz="14" w:space="0" w:color="111111"/>
              <w:right w:val="single" w:sz="14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0"/>
              </w:rPr>
              <w:t>تاریخ بازدید:  ........................................</w:t>
            </w:r>
          </w:p>
        </w:tc>
      </w:tr>
    </w:tbl>
    <w:p w:rsidR="00832D69" w:rsidRDefault="00832D69" w:rsidP="0019340D">
      <w:pPr>
        <w:spacing w:line="24" w:lineRule="auto"/>
      </w:pPr>
    </w:p>
    <w:tbl>
      <w:tblPr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8"/>
        <w:gridCol w:w="4864"/>
        <w:gridCol w:w="1332"/>
        <w:gridCol w:w="1332"/>
        <w:gridCol w:w="5641"/>
        <w:gridCol w:w="2353"/>
      </w:tblGrid>
      <w:tr w:rsidR="00832D69">
        <w:trPr>
          <w:cantSplit/>
          <w:trHeight w:hRule="exact" w:val="386"/>
          <w:jc w:val="center"/>
        </w:trPr>
        <w:tc>
          <w:tcPr>
            <w:tcW w:w="748" w:type="dxa"/>
            <w:vMerge w:val="restart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shd w:val="clear" w:color="auto" w:fill="F1F1F1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17"/>
              </w:rPr>
              <w:t>ردیف</w:t>
            </w:r>
          </w:p>
        </w:tc>
        <w:tc>
          <w:tcPr>
            <w:tcW w:w="4864" w:type="dxa"/>
            <w:vMerge w:val="restart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shd w:val="clear" w:color="auto" w:fill="F1F1F1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21"/>
              </w:rPr>
              <w:t>شرح آیتم</w:t>
            </w:r>
          </w:p>
        </w:tc>
        <w:tc>
          <w:tcPr>
            <w:tcW w:w="2664" w:type="dxa"/>
            <w:gridSpan w:val="2"/>
            <w:tcBorders>
              <w:top w:val="single" w:sz="1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shd w:val="clear" w:color="auto" w:fill="F1F1F1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14"/>
              </w:rPr>
              <w:t>نتیجه کنترل کیفی توسط ناظر</w:t>
            </w:r>
          </w:p>
        </w:tc>
        <w:tc>
          <w:tcPr>
            <w:tcW w:w="5641" w:type="dxa"/>
            <w:vMerge w:val="restart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shd w:val="clear" w:color="auto" w:fill="F1F1F1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21"/>
              </w:rPr>
              <w:t>توضیحات ناظر مربوطه</w:t>
            </w:r>
          </w:p>
        </w:tc>
        <w:tc>
          <w:tcPr>
            <w:tcW w:w="2353" w:type="dxa"/>
            <w:vMerge w:val="restart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shd w:val="clear" w:color="auto" w:fill="F1F1F1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21"/>
              </w:rPr>
              <w:t>امضاء ناظر</w:t>
            </w:r>
          </w:p>
        </w:tc>
      </w:tr>
      <w:tr w:rsidR="00832D69">
        <w:trPr>
          <w:cantSplit/>
          <w:trHeight w:hRule="exact" w:val="300"/>
          <w:jc w:val="center"/>
        </w:trPr>
        <w:tc>
          <w:tcPr>
            <w:tcW w:w="748" w:type="dxa"/>
            <w:vMerge/>
            <w:tcMar>
              <w:top w:w="25" w:type="dxa"/>
              <w:left w:w="55" w:type="dxa"/>
              <w:bottom w:w="25" w:type="dxa"/>
              <w:right w:w="55" w:type="dxa"/>
            </w:tcMar>
          </w:tcPr>
          <w:p w:rsidR="00832D69" w:rsidRDefault="00832D69" w:rsidP="0019340D"/>
        </w:tc>
        <w:tc>
          <w:tcPr>
            <w:tcW w:w="4864" w:type="dxa"/>
            <w:vMerge/>
            <w:tcMar>
              <w:top w:w="25" w:type="dxa"/>
              <w:left w:w="55" w:type="dxa"/>
              <w:bottom w:w="25" w:type="dxa"/>
              <w:right w:w="55" w:type="dxa"/>
            </w:tcMar>
          </w:tcPr>
          <w:p w:rsidR="00832D69" w:rsidRDefault="00832D69" w:rsidP="0019340D"/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shd w:val="clear" w:color="auto" w:fill="F8F8F8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14"/>
              </w:rPr>
              <w:t>مورد تأیید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shd w:val="clear" w:color="auto" w:fill="F8F8F8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14"/>
              </w:rPr>
              <w:t>عدم تأیید</w:t>
            </w:r>
          </w:p>
        </w:tc>
        <w:tc>
          <w:tcPr>
            <w:tcW w:w="5641" w:type="dxa"/>
            <w:vMerge/>
            <w:tcMar>
              <w:top w:w="25" w:type="dxa"/>
              <w:left w:w="55" w:type="dxa"/>
              <w:bottom w:w="25" w:type="dxa"/>
              <w:right w:w="55" w:type="dxa"/>
            </w:tcMar>
          </w:tcPr>
          <w:p w:rsidR="00832D69" w:rsidRDefault="00832D69" w:rsidP="0019340D"/>
        </w:tc>
        <w:tc>
          <w:tcPr>
            <w:tcW w:w="2353" w:type="dxa"/>
            <w:vMerge/>
            <w:tcMar>
              <w:top w:w="25" w:type="dxa"/>
              <w:left w:w="55" w:type="dxa"/>
              <w:bottom w:w="25" w:type="dxa"/>
              <w:right w:w="55" w:type="dxa"/>
            </w:tcMar>
          </w:tcPr>
          <w:p w:rsidR="00832D69" w:rsidRDefault="00832D69" w:rsidP="0019340D"/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۱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وجود نقشه های مصوب و آخرین اصلاحات اجرایی ستون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۲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صلاحیت و آشنایی عوامل اجرایی با روش قالب بندی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۳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تحویل آکس ها، خطوط مبنا و نقاط کنترل نقشه برداری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۴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جانمایی ستون و انطباق محور قالب با آکس های مصوب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۵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ابعاد داخلی قالب و انطباق آن با ابعاد مقطع ستون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۶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کد ارتفاعی شروع و پایان قالب مطابق نقشه های اجرایی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۷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آماده سازی سطح بتن قبلی و پاکسازی محل پای ستون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۸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وضعیت آرماتورها، اسپیسرها و تأمین پوشش بتن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۹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جنس، ضخامت و کیفیت پنل های قالب مورد استفاده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1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۱۰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1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سلامت قالب ها و نبود تابیدگی، شکستگی و اعوجاج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1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1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1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1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</w:tbl>
    <w:p w:rsidR="00832D69" w:rsidRDefault="00832D69" w:rsidP="0019340D">
      <w:pPr>
        <w:spacing w:line="24" w:lineRule="auto"/>
      </w:pPr>
    </w:p>
    <w:tbl>
      <w:tblPr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272"/>
      </w:tblGrid>
      <w:tr w:rsidR="00832D69">
        <w:trPr>
          <w:cantSplit/>
          <w:trHeight w:hRule="exact" w:val="351"/>
          <w:jc w:val="center"/>
        </w:trPr>
        <w:tc>
          <w:tcPr>
            <w:tcW w:w="16272" w:type="dxa"/>
            <w:tcBorders>
              <w:top w:val="single" w:sz="14" w:space="0" w:color="111111"/>
              <w:left w:val="single" w:sz="14" w:space="0" w:color="111111"/>
              <w:bottom w:val="single" w:sz="14" w:space="0" w:color="111111"/>
              <w:right w:val="single" w:sz="14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19"/>
              </w:rPr>
              <w:t>جمع بندی ناظر / موارد عدم انطباق و اقدام اصلاحی:  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832D69" w:rsidRDefault="00832D69" w:rsidP="0019340D">
      <w:pPr>
        <w:spacing w:line="24" w:lineRule="auto"/>
      </w:pPr>
    </w:p>
    <w:tbl>
      <w:tblPr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24"/>
        <w:gridCol w:w="5424"/>
        <w:gridCol w:w="5424"/>
      </w:tblGrid>
      <w:tr w:rsidR="00832D69">
        <w:trPr>
          <w:cantSplit/>
          <w:trHeight w:hRule="exact" w:val="425"/>
          <w:jc w:val="center"/>
        </w:trPr>
        <w:tc>
          <w:tcPr>
            <w:tcW w:w="5424" w:type="dxa"/>
            <w:tcBorders>
              <w:top w:val="single" w:sz="16" w:space="0" w:color="111111"/>
              <w:left w:val="single" w:sz="16" w:space="0" w:color="111111"/>
              <w:bottom w:val="single" w:sz="16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21"/>
              </w:rPr>
              <w:t>امضاء پیمانکار:  ..............................</w:t>
            </w:r>
          </w:p>
        </w:tc>
        <w:tc>
          <w:tcPr>
            <w:tcW w:w="5424" w:type="dxa"/>
            <w:tcBorders>
              <w:top w:val="single" w:sz="16" w:space="0" w:color="111111"/>
              <w:left w:val="single" w:sz="8" w:space="0" w:color="111111"/>
              <w:bottom w:val="single" w:sz="16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21"/>
              </w:rPr>
              <w:t>امضای سرناظر:  ..............................</w:t>
            </w:r>
          </w:p>
        </w:tc>
        <w:tc>
          <w:tcPr>
            <w:tcW w:w="5424" w:type="dxa"/>
            <w:tcBorders>
              <w:top w:val="single" w:sz="16" w:space="0" w:color="111111"/>
              <w:left w:val="single" w:sz="8" w:space="0" w:color="111111"/>
              <w:bottom w:val="single" w:sz="16" w:space="0" w:color="111111"/>
              <w:right w:val="single" w:sz="16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21"/>
              </w:rPr>
              <w:t>تأیید معاونت اجرایی:  ..............................</w:t>
            </w:r>
          </w:p>
        </w:tc>
      </w:tr>
    </w:tbl>
    <w:p w:rsidR="00832D69" w:rsidRDefault="00053298" w:rsidP="0019340D">
      <w:r>
        <w:rPr>
          <w:color w:val="000000"/>
          <w:sz w:val="2"/>
        </w:rPr>
        <w:br w:type="page"/>
      </w:r>
    </w:p>
    <w:tbl>
      <w:tblPr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272"/>
      </w:tblGrid>
      <w:tr w:rsidR="00832D69">
        <w:trPr>
          <w:cantSplit/>
          <w:trHeight w:hRule="exact" w:val="709"/>
          <w:jc w:val="center"/>
        </w:trPr>
        <w:tc>
          <w:tcPr>
            <w:tcW w:w="16272" w:type="dxa"/>
            <w:tcBorders>
              <w:top w:val="single" w:sz="18" w:space="0" w:color="111111"/>
              <w:left w:val="single" w:sz="18" w:space="0" w:color="111111"/>
              <w:bottom w:val="single" w:sz="1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  <w:jc w:val="center"/>
            </w:pPr>
            <w:r>
              <w:rPr>
                <w:b/>
                <w:color w:val="000000"/>
                <w:sz w:val="33"/>
              </w:rPr>
              <w:lastRenderedPageBreak/>
              <w:t>چک لیست عملیات «قالب بندی ستون»</w:t>
            </w:r>
          </w:p>
          <w:p w:rsidR="00832D69" w:rsidRDefault="00053298" w:rsidP="0019340D">
            <w:pPr>
              <w:jc w:val="center"/>
            </w:pPr>
            <w:r>
              <w:rPr>
                <w:color w:val="555555"/>
                <w:sz w:val="15"/>
              </w:rPr>
              <w:t>برگه دوم</w:t>
            </w:r>
          </w:p>
        </w:tc>
      </w:tr>
    </w:tbl>
    <w:p w:rsidR="00832D69" w:rsidRDefault="00832D69" w:rsidP="0019340D">
      <w:pPr>
        <w:spacing w:line="24" w:lineRule="auto"/>
      </w:pPr>
    </w:p>
    <w:tbl>
      <w:tblPr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24"/>
        <w:gridCol w:w="5424"/>
        <w:gridCol w:w="5424"/>
      </w:tblGrid>
      <w:tr w:rsidR="00832D69">
        <w:trPr>
          <w:cantSplit/>
          <w:trHeight w:hRule="exact" w:val="351"/>
          <w:jc w:val="center"/>
        </w:trPr>
        <w:tc>
          <w:tcPr>
            <w:tcW w:w="5424" w:type="dxa"/>
            <w:tcBorders>
              <w:top w:val="single" w:sz="14" w:space="0" w:color="111111"/>
              <w:left w:val="single" w:sz="14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0"/>
              </w:rPr>
              <w:t>نام پروژه:  ........................................</w:t>
            </w:r>
          </w:p>
        </w:tc>
        <w:tc>
          <w:tcPr>
            <w:tcW w:w="5424" w:type="dxa"/>
            <w:tcBorders>
              <w:top w:val="single" w:sz="14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0"/>
              </w:rPr>
              <w:t>شماره قرارداد:  ........................................</w:t>
            </w:r>
          </w:p>
        </w:tc>
        <w:tc>
          <w:tcPr>
            <w:tcW w:w="5424" w:type="dxa"/>
            <w:tcBorders>
              <w:top w:val="single" w:sz="14" w:space="0" w:color="111111"/>
              <w:left w:val="single" w:sz="8" w:space="0" w:color="111111"/>
              <w:bottom w:val="single" w:sz="8" w:space="0" w:color="111111"/>
              <w:right w:val="single" w:sz="14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0"/>
              </w:rPr>
              <w:t>نام پیمانکار:  ........................................</w:t>
            </w:r>
          </w:p>
        </w:tc>
      </w:tr>
      <w:tr w:rsidR="00832D69">
        <w:trPr>
          <w:cantSplit/>
          <w:trHeight w:hRule="exact" w:val="351"/>
          <w:jc w:val="center"/>
        </w:trPr>
        <w:tc>
          <w:tcPr>
            <w:tcW w:w="5424" w:type="dxa"/>
            <w:tcBorders>
              <w:top w:val="single" w:sz="8" w:space="0" w:color="111111"/>
              <w:left w:val="single" w:sz="14" w:space="0" w:color="111111"/>
              <w:bottom w:val="single" w:sz="14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0"/>
              </w:rPr>
              <w:t>نام ناظر:  ........................................</w:t>
            </w:r>
          </w:p>
        </w:tc>
        <w:tc>
          <w:tcPr>
            <w:tcW w:w="5424" w:type="dxa"/>
            <w:tcBorders>
              <w:top w:val="single" w:sz="8" w:space="0" w:color="111111"/>
              <w:left w:val="single" w:sz="8" w:space="0" w:color="111111"/>
              <w:bottom w:val="single" w:sz="14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0"/>
              </w:rPr>
              <w:t>نوبت بازدید:  ........................................</w:t>
            </w:r>
          </w:p>
        </w:tc>
        <w:tc>
          <w:tcPr>
            <w:tcW w:w="5424" w:type="dxa"/>
            <w:tcBorders>
              <w:top w:val="single" w:sz="8" w:space="0" w:color="111111"/>
              <w:left w:val="single" w:sz="8" w:space="0" w:color="111111"/>
              <w:bottom w:val="single" w:sz="14" w:space="0" w:color="111111"/>
              <w:right w:val="single" w:sz="14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0"/>
              </w:rPr>
              <w:t>تاریخ بازدید:  ........................................</w:t>
            </w:r>
          </w:p>
        </w:tc>
      </w:tr>
    </w:tbl>
    <w:p w:rsidR="00832D69" w:rsidRDefault="00832D69" w:rsidP="0019340D">
      <w:pPr>
        <w:spacing w:line="24" w:lineRule="auto"/>
      </w:pPr>
    </w:p>
    <w:tbl>
      <w:tblPr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8"/>
        <w:gridCol w:w="4864"/>
        <w:gridCol w:w="1332"/>
        <w:gridCol w:w="1332"/>
        <w:gridCol w:w="5641"/>
        <w:gridCol w:w="2353"/>
      </w:tblGrid>
      <w:tr w:rsidR="00832D69">
        <w:trPr>
          <w:cantSplit/>
          <w:trHeight w:hRule="exact" w:val="386"/>
          <w:jc w:val="center"/>
        </w:trPr>
        <w:tc>
          <w:tcPr>
            <w:tcW w:w="748" w:type="dxa"/>
            <w:vMerge w:val="restart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shd w:val="clear" w:color="auto" w:fill="F1F1F1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17"/>
              </w:rPr>
              <w:t>ردیف</w:t>
            </w:r>
          </w:p>
        </w:tc>
        <w:tc>
          <w:tcPr>
            <w:tcW w:w="4864" w:type="dxa"/>
            <w:vMerge w:val="restart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shd w:val="clear" w:color="auto" w:fill="F1F1F1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21"/>
              </w:rPr>
              <w:t>شرح آیتم</w:t>
            </w:r>
          </w:p>
        </w:tc>
        <w:tc>
          <w:tcPr>
            <w:tcW w:w="2664" w:type="dxa"/>
            <w:gridSpan w:val="2"/>
            <w:tcBorders>
              <w:top w:val="single" w:sz="1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shd w:val="clear" w:color="auto" w:fill="F1F1F1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14"/>
              </w:rPr>
              <w:t>نتیجه کنترل کیفی توسط ناظر</w:t>
            </w:r>
          </w:p>
        </w:tc>
        <w:tc>
          <w:tcPr>
            <w:tcW w:w="5641" w:type="dxa"/>
            <w:vMerge w:val="restart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shd w:val="clear" w:color="auto" w:fill="F1F1F1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21"/>
              </w:rPr>
              <w:t>توضیحات ناظر مربوطه</w:t>
            </w:r>
          </w:p>
        </w:tc>
        <w:tc>
          <w:tcPr>
            <w:tcW w:w="2353" w:type="dxa"/>
            <w:vMerge w:val="restart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shd w:val="clear" w:color="auto" w:fill="F1F1F1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21"/>
              </w:rPr>
              <w:t>امضاء ناظر</w:t>
            </w:r>
          </w:p>
        </w:tc>
      </w:tr>
      <w:tr w:rsidR="00832D69">
        <w:trPr>
          <w:cantSplit/>
          <w:trHeight w:hRule="exact" w:val="300"/>
          <w:jc w:val="center"/>
        </w:trPr>
        <w:tc>
          <w:tcPr>
            <w:tcW w:w="748" w:type="dxa"/>
            <w:vMerge/>
            <w:tcMar>
              <w:top w:w="25" w:type="dxa"/>
              <w:left w:w="55" w:type="dxa"/>
              <w:bottom w:w="25" w:type="dxa"/>
              <w:right w:w="55" w:type="dxa"/>
            </w:tcMar>
          </w:tcPr>
          <w:p w:rsidR="00832D69" w:rsidRDefault="00832D69" w:rsidP="0019340D"/>
        </w:tc>
        <w:tc>
          <w:tcPr>
            <w:tcW w:w="4864" w:type="dxa"/>
            <w:vMerge/>
            <w:tcMar>
              <w:top w:w="25" w:type="dxa"/>
              <w:left w:w="55" w:type="dxa"/>
              <w:bottom w:w="25" w:type="dxa"/>
              <w:right w:w="55" w:type="dxa"/>
            </w:tcMar>
          </w:tcPr>
          <w:p w:rsidR="00832D69" w:rsidRDefault="00832D69" w:rsidP="0019340D"/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shd w:val="clear" w:color="auto" w:fill="F8F8F8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14"/>
              </w:rPr>
              <w:t>مورد تأیید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shd w:val="clear" w:color="auto" w:fill="F8F8F8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14"/>
              </w:rPr>
              <w:t>عدم تأیید</w:t>
            </w:r>
          </w:p>
        </w:tc>
        <w:tc>
          <w:tcPr>
            <w:tcW w:w="5641" w:type="dxa"/>
            <w:vMerge/>
            <w:tcMar>
              <w:top w:w="25" w:type="dxa"/>
              <w:left w:w="55" w:type="dxa"/>
              <w:bottom w:w="25" w:type="dxa"/>
              <w:right w:w="55" w:type="dxa"/>
            </w:tcMar>
          </w:tcPr>
          <w:p w:rsidR="00832D69" w:rsidRDefault="00832D69" w:rsidP="0019340D"/>
        </w:tc>
        <w:tc>
          <w:tcPr>
            <w:tcW w:w="2353" w:type="dxa"/>
            <w:vMerge/>
            <w:tcMar>
              <w:top w:w="25" w:type="dxa"/>
              <w:left w:w="55" w:type="dxa"/>
              <w:bottom w:w="25" w:type="dxa"/>
              <w:right w:w="55" w:type="dxa"/>
            </w:tcMar>
          </w:tcPr>
          <w:p w:rsidR="00832D69" w:rsidRDefault="00832D69" w:rsidP="0019340D"/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۱۱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تمیزی کامل سطح داخلی قالب از بتن، خاک و نخاله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۱۲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اجرای یکنواخت و به اندازه روغن یا ماده رهاساز قالب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۱۳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عدم آغشته شدن میلگردها و سطح درز اجرایی به روغن قالب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۱۴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مونتاژ صحیح پنل ها، گیره ها و اتصالات قالب بندی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۱۵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درزبندی کامل اتصالات برای جلوگیری از نشت شیره بتن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۱۶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گونیا بودن قالب در گوشه ها، کنج ها و تقاطع ها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۱۷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شاقولی بودن قالب ستون در دو امتداد عمود بر هم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۱۸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ریسمانی و هم راستا بودن ستون های واقع در یک محور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۱۹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تراز بودن لبه های قالب و کدهای ارتفاعی تعیین شده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1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۲۰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1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تعداد، فاصله و استحکام پشت بندها و سولجرهای قالب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1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1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1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1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</w:tbl>
    <w:p w:rsidR="00832D69" w:rsidRDefault="00832D69" w:rsidP="0019340D">
      <w:pPr>
        <w:spacing w:line="24" w:lineRule="auto"/>
      </w:pPr>
    </w:p>
    <w:tbl>
      <w:tblPr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272"/>
      </w:tblGrid>
      <w:tr w:rsidR="00832D69">
        <w:trPr>
          <w:cantSplit/>
          <w:trHeight w:hRule="exact" w:val="351"/>
          <w:jc w:val="center"/>
        </w:trPr>
        <w:tc>
          <w:tcPr>
            <w:tcW w:w="16272" w:type="dxa"/>
            <w:tcBorders>
              <w:top w:val="single" w:sz="14" w:space="0" w:color="111111"/>
              <w:left w:val="single" w:sz="14" w:space="0" w:color="111111"/>
              <w:bottom w:val="single" w:sz="14" w:space="0" w:color="111111"/>
              <w:right w:val="single" w:sz="14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19"/>
              </w:rPr>
              <w:t>جمع بندی ناظر / موارد عدم انطباق و اقدام اصلاحی:  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832D69" w:rsidRDefault="00832D69" w:rsidP="0019340D">
      <w:pPr>
        <w:spacing w:line="24" w:lineRule="auto"/>
      </w:pPr>
    </w:p>
    <w:tbl>
      <w:tblPr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24"/>
        <w:gridCol w:w="5424"/>
        <w:gridCol w:w="5424"/>
      </w:tblGrid>
      <w:tr w:rsidR="00832D69">
        <w:trPr>
          <w:cantSplit/>
          <w:trHeight w:hRule="exact" w:val="425"/>
          <w:jc w:val="center"/>
        </w:trPr>
        <w:tc>
          <w:tcPr>
            <w:tcW w:w="5424" w:type="dxa"/>
            <w:tcBorders>
              <w:top w:val="single" w:sz="16" w:space="0" w:color="111111"/>
              <w:left w:val="single" w:sz="16" w:space="0" w:color="111111"/>
              <w:bottom w:val="single" w:sz="16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21"/>
              </w:rPr>
              <w:t>امضاء پیمانکار:  ..............................</w:t>
            </w:r>
          </w:p>
        </w:tc>
        <w:tc>
          <w:tcPr>
            <w:tcW w:w="5424" w:type="dxa"/>
            <w:tcBorders>
              <w:top w:val="single" w:sz="16" w:space="0" w:color="111111"/>
              <w:left w:val="single" w:sz="8" w:space="0" w:color="111111"/>
              <w:bottom w:val="single" w:sz="16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21"/>
              </w:rPr>
              <w:t>امضای سرناظر:  ..............................</w:t>
            </w:r>
          </w:p>
        </w:tc>
        <w:tc>
          <w:tcPr>
            <w:tcW w:w="5424" w:type="dxa"/>
            <w:tcBorders>
              <w:top w:val="single" w:sz="16" w:space="0" w:color="111111"/>
              <w:left w:val="single" w:sz="8" w:space="0" w:color="111111"/>
              <w:bottom w:val="single" w:sz="16" w:space="0" w:color="111111"/>
              <w:right w:val="single" w:sz="16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21"/>
              </w:rPr>
              <w:t>تأیید معاونت اجرایی:  ..............................</w:t>
            </w:r>
          </w:p>
        </w:tc>
      </w:tr>
    </w:tbl>
    <w:p w:rsidR="00832D69" w:rsidRDefault="00053298" w:rsidP="0019340D">
      <w:r>
        <w:rPr>
          <w:color w:val="000000"/>
          <w:sz w:val="2"/>
        </w:rPr>
        <w:br w:type="page"/>
      </w:r>
    </w:p>
    <w:tbl>
      <w:tblPr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272"/>
      </w:tblGrid>
      <w:tr w:rsidR="00832D69">
        <w:trPr>
          <w:cantSplit/>
          <w:trHeight w:hRule="exact" w:val="709"/>
          <w:jc w:val="center"/>
        </w:trPr>
        <w:tc>
          <w:tcPr>
            <w:tcW w:w="16272" w:type="dxa"/>
            <w:tcBorders>
              <w:top w:val="single" w:sz="18" w:space="0" w:color="111111"/>
              <w:left w:val="single" w:sz="18" w:space="0" w:color="111111"/>
              <w:bottom w:val="single" w:sz="1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  <w:jc w:val="center"/>
            </w:pPr>
            <w:r>
              <w:rPr>
                <w:b/>
                <w:color w:val="000000"/>
                <w:sz w:val="33"/>
              </w:rPr>
              <w:lastRenderedPageBreak/>
              <w:t>چک لیست عملیات «قالب بندی ستون»</w:t>
            </w:r>
          </w:p>
          <w:p w:rsidR="00832D69" w:rsidRDefault="00053298" w:rsidP="0019340D">
            <w:pPr>
              <w:jc w:val="center"/>
            </w:pPr>
            <w:bookmarkStart w:id="0" w:name="_GoBack"/>
            <w:bookmarkEnd w:id="0"/>
            <w:r>
              <w:rPr>
                <w:color w:val="555555"/>
                <w:sz w:val="15"/>
              </w:rPr>
              <w:t>برگه سوم</w:t>
            </w:r>
          </w:p>
        </w:tc>
      </w:tr>
    </w:tbl>
    <w:p w:rsidR="00832D69" w:rsidRDefault="00832D69" w:rsidP="0019340D">
      <w:pPr>
        <w:spacing w:line="24" w:lineRule="auto"/>
      </w:pPr>
    </w:p>
    <w:tbl>
      <w:tblPr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24"/>
        <w:gridCol w:w="5424"/>
        <w:gridCol w:w="5424"/>
      </w:tblGrid>
      <w:tr w:rsidR="00832D69">
        <w:trPr>
          <w:cantSplit/>
          <w:trHeight w:hRule="exact" w:val="351"/>
          <w:jc w:val="center"/>
        </w:trPr>
        <w:tc>
          <w:tcPr>
            <w:tcW w:w="5424" w:type="dxa"/>
            <w:tcBorders>
              <w:top w:val="single" w:sz="14" w:space="0" w:color="111111"/>
              <w:left w:val="single" w:sz="14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0"/>
              </w:rPr>
              <w:t>نام پروژه:  ........................................</w:t>
            </w:r>
          </w:p>
        </w:tc>
        <w:tc>
          <w:tcPr>
            <w:tcW w:w="5424" w:type="dxa"/>
            <w:tcBorders>
              <w:top w:val="single" w:sz="14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0"/>
              </w:rPr>
              <w:t>شماره قرارداد:  ........................................</w:t>
            </w:r>
          </w:p>
        </w:tc>
        <w:tc>
          <w:tcPr>
            <w:tcW w:w="5424" w:type="dxa"/>
            <w:tcBorders>
              <w:top w:val="single" w:sz="14" w:space="0" w:color="111111"/>
              <w:left w:val="single" w:sz="8" w:space="0" w:color="111111"/>
              <w:bottom w:val="single" w:sz="8" w:space="0" w:color="111111"/>
              <w:right w:val="single" w:sz="14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0"/>
              </w:rPr>
              <w:t>نام پیمانکار:  ........................................</w:t>
            </w:r>
          </w:p>
        </w:tc>
      </w:tr>
      <w:tr w:rsidR="00832D69">
        <w:trPr>
          <w:cantSplit/>
          <w:trHeight w:hRule="exact" w:val="351"/>
          <w:jc w:val="center"/>
        </w:trPr>
        <w:tc>
          <w:tcPr>
            <w:tcW w:w="5424" w:type="dxa"/>
            <w:tcBorders>
              <w:top w:val="single" w:sz="8" w:space="0" w:color="111111"/>
              <w:left w:val="single" w:sz="14" w:space="0" w:color="111111"/>
              <w:bottom w:val="single" w:sz="14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0"/>
              </w:rPr>
              <w:t>نام ناظر:  ........................................</w:t>
            </w:r>
          </w:p>
        </w:tc>
        <w:tc>
          <w:tcPr>
            <w:tcW w:w="5424" w:type="dxa"/>
            <w:tcBorders>
              <w:top w:val="single" w:sz="8" w:space="0" w:color="111111"/>
              <w:left w:val="single" w:sz="8" w:space="0" w:color="111111"/>
              <w:bottom w:val="single" w:sz="14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0"/>
              </w:rPr>
              <w:t>نوبت بازدید:  ........................................</w:t>
            </w:r>
          </w:p>
        </w:tc>
        <w:tc>
          <w:tcPr>
            <w:tcW w:w="5424" w:type="dxa"/>
            <w:tcBorders>
              <w:top w:val="single" w:sz="8" w:space="0" w:color="111111"/>
              <w:left w:val="single" w:sz="8" w:space="0" w:color="111111"/>
              <w:bottom w:val="single" w:sz="14" w:space="0" w:color="111111"/>
              <w:right w:val="single" w:sz="14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0"/>
              </w:rPr>
              <w:t>تاریخ بازدید:  ........................................</w:t>
            </w:r>
          </w:p>
        </w:tc>
      </w:tr>
    </w:tbl>
    <w:p w:rsidR="00832D69" w:rsidRDefault="00832D69" w:rsidP="0019340D">
      <w:pPr>
        <w:spacing w:line="24" w:lineRule="auto"/>
      </w:pPr>
    </w:p>
    <w:tbl>
      <w:tblPr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8"/>
        <w:gridCol w:w="4864"/>
        <w:gridCol w:w="1332"/>
        <w:gridCol w:w="1332"/>
        <w:gridCol w:w="5641"/>
        <w:gridCol w:w="2353"/>
      </w:tblGrid>
      <w:tr w:rsidR="00832D69">
        <w:trPr>
          <w:cantSplit/>
          <w:trHeight w:hRule="exact" w:val="386"/>
          <w:jc w:val="center"/>
        </w:trPr>
        <w:tc>
          <w:tcPr>
            <w:tcW w:w="748" w:type="dxa"/>
            <w:vMerge w:val="restart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shd w:val="clear" w:color="auto" w:fill="F1F1F1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17"/>
              </w:rPr>
              <w:t>ردیف</w:t>
            </w:r>
          </w:p>
        </w:tc>
        <w:tc>
          <w:tcPr>
            <w:tcW w:w="4864" w:type="dxa"/>
            <w:vMerge w:val="restart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shd w:val="clear" w:color="auto" w:fill="F1F1F1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21"/>
              </w:rPr>
              <w:t>شرح آیتم</w:t>
            </w:r>
          </w:p>
        </w:tc>
        <w:tc>
          <w:tcPr>
            <w:tcW w:w="2664" w:type="dxa"/>
            <w:gridSpan w:val="2"/>
            <w:tcBorders>
              <w:top w:val="single" w:sz="1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shd w:val="clear" w:color="auto" w:fill="F1F1F1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14"/>
              </w:rPr>
              <w:t>نتیجه کنترل کیفی توسط ناظر</w:t>
            </w:r>
          </w:p>
        </w:tc>
        <w:tc>
          <w:tcPr>
            <w:tcW w:w="5641" w:type="dxa"/>
            <w:vMerge w:val="restart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shd w:val="clear" w:color="auto" w:fill="F1F1F1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21"/>
              </w:rPr>
              <w:t>توضیحات ناظر مربوطه</w:t>
            </w:r>
          </w:p>
        </w:tc>
        <w:tc>
          <w:tcPr>
            <w:tcW w:w="2353" w:type="dxa"/>
            <w:vMerge w:val="restart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shd w:val="clear" w:color="auto" w:fill="F1F1F1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21"/>
              </w:rPr>
              <w:t>امضاء ناظر</w:t>
            </w:r>
          </w:p>
        </w:tc>
      </w:tr>
      <w:tr w:rsidR="00832D69">
        <w:trPr>
          <w:cantSplit/>
          <w:trHeight w:hRule="exact" w:val="300"/>
          <w:jc w:val="center"/>
        </w:trPr>
        <w:tc>
          <w:tcPr>
            <w:tcW w:w="748" w:type="dxa"/>
            <w:vMerge/>
            <w:tcMar>
              <w:top w:w="25" w:type="dxa"/>
              <w:left w:w="55" w:type="dxa"/>
              <w:bottom w:w="25" w:type="dxa"/>
              <w:right w:w="55" w:type="dxa"/>
            </w:tcMar>
          </w:tcPr>
          <w:p w:rsidR="00832D69" w:rsidRDefault="00832D69" w:rsidP="0019340D"/>
        </w:tc>
        <w:tc>
          <w:tcPr>
            <w:tcW w:w="4864" w:type="dxa"/>
            <w:vMerge/>
            <w:tcMar>
              <w:top w:w="25" w:type="dxa"/>
              <w:left w:w="55" w:type="dxa"/>
              <w:bottom w:w="25" w:type="dxa"/>
              <w:right w:w="55" w:type="dxa"/>
            </w:tcMar>
          </w:tcPr>
          <w:p w:rsidR="00832D69" w:rsidRDefault="00832D69" w:rsidP="0019340D"/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shd w:val="clear" w:color="auto" w:fill="F8F8F8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14"/>
              </w:rPr>
              <w:t>مورد تأیید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shd w:val="clear" w:color="auto" w:fill="F8F8F8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14"/>
              </w:rPr>
              <w:t>عدم تأیید</w:t>
            </w:r>
          </w:p>
        </w:tc>
        <w:tc>
          <w:tcPr>
            <w:tcW w:w="5641" w:type="dxa"/>
            <w:vMerge/>
            <w:tcMar>
              <w:top w:w="25" w:type="dxa"/>
              <w:left w:w="55" w:type="dxa"/>
              <w:bottom w:w="25" w:type="dxa"/>
              <w:right w:w="55" w:type="dxa"/>
            </w:tcMar>
          </w:tcPr>
          <w:p w:rsidR="00832D69" w:rsidRDefault="00832D69" w:rsidP="0019340D"/>
        </w:tc>
        <w:tc>
          <w:tcPr>
            <w:tcW w:w="2353" w:type="dxa"/>
            <w:vMerge/>
            <w:tcMar>
              <w:top w:w="25" w:type="dxa"/>
              <w:left w:w="55" w:type="dxa"/>
              <w:bottom w:w="25" w:type="dxa"/>
              <w:right w:w="55" w:type="dxa"/>
            </w:tcMar>
          </w:tcPr>
          <w:p w:rsidR="00832D69" w:rsidRDefault="00832D69" w:rsidP="0019340D"/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۲۱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بولت ها، تسمه ها، گیره ها و سایر تجهیزات مهار قالب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۲۲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پایداری تکیه گاه ها و مقاومت بستر زیر مهاربندی ها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۲۳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وجود دریچه نظافت و امکان پاکسازی پای قالب پیش از بتن ریزی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۲۴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محل بازشوها، غلاف ها، صفحات اتصال و قطعات مدفون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۲۵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فاصله قالب از آرماتور و تثبیت اسپیسرهای جانبی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۲۶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امکان دسترسی مناسب برای بتن ریزی و ویبره در تمام ارتفاع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۲۷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ایمنی سکوی کار، مسیر دسترسی و حفاظ های لازم اطراف ستون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۲۸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نهایی پایداری قالب و ثبت مجوز بتن ریزی توسط ناظر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۲۹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پایش قالب، مهاربندی ها و نشت شیره بتن حین بتن ریزی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  <w:tr w:rsidR="00832D69">
        <w:trPr>
          <w:cantSplit/>
          <w:trHeight w:hRule="exact" w:val="669"/>
          <w:jc w:val="center"/>
        </w:trPr>
        <w:tc>
          <w:tcPr>
            <w:tcW w:w="748" w:type="dxa"/>
            <w:tcBorders>
              <w:top w:val="single" w:sz="8" w:space="0" w:color="111111"/>
              <w:left w:val="single" w:sz="18" w:space="0" w:color="111111"/>
              <w:bottom w:val="single" w:sz="1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</w:rPr>
              <w:t>۳۰</w:t>
            </w:r>
          </w:p>
        </w:tc>
        <w:tc>
          <w:tcPr>
            <w:tcW w:w="4864" w:type="dxa"/>
            <w:tcBorders>
              <w:top w:val="single" w:sz="8" w:space="0" w:color="111111"/>
              <w:left w:val="single" w:sz="8" w:space="0" w:color="111111"/>
              <w:bottom w:val="single" w:sz="1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28" w:lineRule="auto"/>
            </w:pPr>
            <w:r>
              <w:rPr>
                <w:color w:val="000000"/>
                <w:sz w:val="16"/>
              </w:rPr>
              <w:t>کنترل بازکردن اصولی قالب و ثبت آسیب های احتمالی سطح ستون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1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1332" w:type="dxa"/>
            <w:tcBorders>
              <w:top w:val="single" w:sz="8" w:space="0" w:color="111111"/>
              <w:left w:val="single" w:sz="8" w:space="0" w:color="111111"/>
              <w:bottom w:val="single" w:sz="1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23"/>
              </w:rPr>
              <w:t>□</w:t>
            </w:r>
          </w:p>
        </w:tc>
        <w:tc>
          <w:tcPr>
            <w:tcW w:w="5641" w:type="dxa"/>
            <w:tcBorders>
              <w:top w:val="single" w:sz="8" w:space="0" w:color="111111"/>
              <w:left w:val="single" w:sz="8" w:space="0" w:color="111111"/>
              <w:bottom w:val="single" w:sz="18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  <w:tc>
          <w:tcPr>
            <w:tcW w:w="2353" w:type="dxa"/>
            <w:tcBorders>
              <w:top w:val="single" w:sz="8" w:space="0" w:color="111111"/>
              <w:left w:val="single" w:sz="8" w:space="0" w:color="111111"/>
              <w:bottom w:val="single" w:sz="18" w:space="0" w:color="111111"/>
              <w:right w:val="single" w:sz="1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832D69" w:rsidP="0019340D">
            <w:pPr>
              <w:spacing w:line="240" w:lineRule="auto"/>
            </w:pPr>
          </w:p>
        </w:tc>
      </w:tr>
    </w:tbl>
    <w:p w:rsidR="00832D69" w:rsidRDefault="00832D69" w:rsidP="0019340D">
      <w:pPr>
        <w:spacing w:line="24" w:lineRule="auto"/>
      </w:pPr>
    </w:p>
    <w:tbl>
      <w:tblPr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272"/>
      </w:tblGrid>
      <w:tr w:rsidR="00832D69">
        <w:trPr>
          <w:cantSplit/>
          <w:trHeight w:hRule="exact" w:val="351"/>
          <w:jc w:val="center"/>
        </w:trPr>
        <w:tc>
          <w:tcPr>
            <w:tcW w:w="16272" w:type="dxa"/>
            <w:tcBorders>
              <w:top w:val="single" w:sz="14" w:space="0" w:color="111111"/>
              <w:left w:val="single" w:sz="14" w:space="0" w:color="111111"/>
              <w:bottom w:val="single" w:sz="14" w:space="0" w:color="111111"/>
              <w:right w:val="single" w:sz="14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color w:val="000000"/>
                <w:sz w:val="19"/>
              </w:rPr>
              <w:t>جمع بندی ناظر / موارد عدم انطباق و اقدام اصلاحی:  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832D69" w:rsidRDefault="00832D69" w:rsidP="0019340D">
      <w:pPr>
        <w:spacing w:line="24" w:lineRule="auto"/>
      </w:pPr>
    </w:p>
    <w:tbl>
      <w:tblPr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24"/>
        <w:gridCol w:w="5424"/>
        <w:gridCol w:w="5424"/>
      </w:tblGrid>
      <w:tr w:rsidR="00832D69">
        <w:trPr>
          <w:cantSplit/>
          <w:trHeight w:hRule="exact" w:val="425"/>
          <w:jc w:val="center"/>
        </w:trPr>
        <w:tc>
          <w:tcPr>
            <w:tcW w:w="5424" w:type="dxa"/>
            <w:tcBorders>
              <w:top w:val="single" w:sz="16" w:space="0" w:color="111111"/>
              <w:left w:val="single" w:sz="16" w:space="0" w:color="111111"/>
              <w:bottom w:val="single" w:sz="16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21"/>
              </w:rPr>
              <w:t>امضاء پیمانکار:  ..............................</w:t>
            </w:r>
          </w:p>
        </w:tc>
        <w:tc>
          <w:tcPr>
            <w:tcW w:w="5424" w:type="dxa"/>
            <w:tcBorders>
              <w:top w:val="single" w:sz="16" w:space="0" w:color="111111"/>
              <w:left w:val="single" w:sz="8" w:space="0" w:color="111111"/>
              <w:bottom w:val="single" w:sz="16" w:space="0" w:color="111111"/>
              <w:right w:val="single" w:sz="8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21"/>
              </w:rPr>
              <w:t>امضای سرناظر:  ..............................</w:t>
            </w:r>
          </w:p>
        </w:tc>
        <w:tc>
          <w:tcPr>
            <w:tcW w:w="5424" w:type="dxa"/>
            <w:tcBorders>
              <w:top w:val="single" w:sz="16" w:space="0" w:color="111111"/>
              <w:left w:val="single" w:sz="8" w:space="0" w:color="111111"/>
              <w:bottom w:val="single" w:sz="16" w:space="0" w:color="111111"/>
              <w:right w:val="single" w:sz="16" w:space="0" w:color="111111"/>
            </w:tcBorders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:rsidR="00832D69" w:rsidRDefault="00053298" w:rsidP="0019340D">
            <w:pPr>
              <w:spacing w:line="240" w:lineRule="auto"/>
            </w:pPr>
            <w:r>
              <w:rPr>
                <w:b/>
                <w:color w:val="000000"/>
                <w:sz w:val="21"/>
              </w:rPr>
              <w:t>تأیید معاونت اجرایی:  ..............................</w:t>
            </w:r>
          </w:p>
        </w:tc>
      </w:tr>
    </w:tbl>
    <w:p w:rsidR="00053298" w:rsidRDefault="00053298" w:rsidP="0019340D"/>
    <w:sectPr w:rsidR="00053298" w:rsidSect="00034616">
      <w:pgSz w:w="16838" w:h="11906" w:orient="landscape"/>
      <w:pgMar w:top="198" w:right="255" w:bottom="198" w:left="255" w:header="0" w:footer="0" w:gutter="0"/>
      <w:cols w:space="720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Arabic UI">
    <w:altName w:val="Cambria"/>
    <w:panose1 w:val="00000000000000000000"/>
    <w:charset w:val="00"/>
    <w:family w:val="roman"/>
    <w:notTrueType/>
    <w:pitch w:val="default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298"/>
    <w:rsid w:val="0006063C"/>
    <w:rsid w:val="0015074B"/>
    <w:rsid w:val="0019340D"/>
    <w:rsid w:val="0029639D"/>
    <w:rsid w:val="00326F90"/>
    <w:rsid w:val="007670A7"/>
    <w:rsid w:val="00832D69"/>
    <w:rsid w:val="0087148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a-IR" w:eastAsia="fa-IR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62C763"/>
  <w14:defaultImageDpi w14:val="300"/>
  <w15:docId w15:val="{7E0D67C8-AB71-498D-8BDC-E642D346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bidi/>
      <w:spacing w:after="0"/>
    </w:pPr>
    <w:rPr>
      <w:rFonts w:ascii="Noto Sans Arabic UI" w:eastAsia="Noto Sans Arabic UI" w:hAnsi="Noto Sans Arabic UI" w:cs="Noto Sans Arabic UI"/>
      <w:sz w:val="18"/>
      <w:rtl/>
      <w:lang w:val="fa-IR"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2A8945-E305-41B8-B7F4-B4EFDC72E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چک لیست عملیات قالب بندی ستون - ۳۰ ردیف - راست چین</vt:lpstr>
    </vt:vector>
  </TitlesOfParts>
  <Manager/>
  <Company/>
  <LinksUpToDate>false</LinksUpToDate>
  <CharactersWithSpaces>4512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چک لیست عملیات قالب بندی ستون - ۳۰ ردیف - راست چین</dc:title>
  <dc:subject>فرم سه صفحه ای نظارت کارگاهی قالب بندی ستون - سیویل اجرا</dc:subject>
  <dc:creator>سیویل اجرا</dc:creator>
  <cp:keywords>چک لیست قالب بندی ستون، مهندس ناظر، ۳۰ ردیف، راست چین، سیویل اجرا</cp:keywords>
  <dc:description>generated by python-docx</dc:description>
  <cp:lastModifiedBy>kaveh-m</cp:lastModifiedBy>
  <cp:revision>3</cp:revision>
  <dcterms:created xsi:type="dcterms:W3CDTF">2013-12-23T23:15:00Z</dcterms:created>
  <dcterms:modified xsi:type="dcterms:W3CDTF">2026-07-27T16:52:00Z</dcterms:modified>
  <cp:category/>
</cp:coreProperties>
</file>